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Fonctions de plusieurs variables réelles : limites , continuité , différentiabilité et .....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mohammed Hazi/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9789961020715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06/11/2026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