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استثمار نتائج النظرية الخليلية الحديثة في تعليم النحو في المرحلة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جاب الله دعاء/ دخموش ياسمين/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النظرية الخليلية الحديثة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