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 أرض العسل لرشاد أبو شاور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بوسنة سلمى/ سي ناصر لبنى/ بومالي حنان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بنية المكان في رواية أرض العسل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