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الإشاريات في قصيدة" عيون المها..." ل: علي ابن الجهم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يسرى/ عزيز إيمان/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الإشاريات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