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لقصيدة "ما شئت لا ما شاءت الأقدار"لابن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بنور نسرين/ غضبان نرجس/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البناء الفني لقصيدة '' ماشئت لا ما شاءت الأقدار 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