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المتخصصة وتطبيقاتها في المعاجم الصوتية -  نحو تأليف معجم مصطلحات علم الأصوات-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بودرع شيماء/ بن قريط نسيبة/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الصناعة المعجمية المتخصصة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