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الاشاريات في رحلة الوزير في افتكاك الأسير . لمحمد الغساني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قاسة بغدوش سارة/ قادري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تداولية الاشاريات في رحلة الوزير في افتكاك الأسير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