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الخلاف في البسملة بين مدرستي الكوفة والبصرة من خلال كتاب نتائج الفكر في النحو للسهيلي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جبار، رحمة/ بن عيسى عبير/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الخلاف في البسملة بين مدرستي الكوفة والبصرة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