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التقابل الثنائي وقواعده في النظريةالبلاغية علم المعاني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،هاجر/ خالد، يسرى/ سباحة وافية/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التقابل الثنائي و قواعده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