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الأبعاد التداولية في علم المعاني من خلال كتاب التداولية عند العلماء العرب - لمسعود صحراوي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جرادة إيمان/ سواعدي ،هاجر/ بوشطوط سارة/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الأبعاد التداولية في علم المعاني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