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اللوحات الالكترونية في تنمية مهارات الطفل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فيلالي ملاك/ فقراوي، لميس/ زميش، إيمان/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توظيف اللوحات الالكترونية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