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رائحة الذئب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بوسكين حميدة/ غديرة أصيلة/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'' رائحة الذئب''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البنية, السرد, البنية السردية, الرواية/ البنية, السرد, البنية السردية, الرواية/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