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في كتاب "التفاحة في النحو" لأبي جعفر النحاس، دراسة وصفية.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بولعبيزة خديجة/ رزايقي، سهيلة/ بلحمرة آية/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تعليم النحو في كتاب التفاحة في النحو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