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الترجمة في تطوير اللغة العربية-قراءة في كتاب اللغة العربية والخط و أماكن العلم و المكتبات للترجمة و آثارها لحنان قرقوتي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وارث أم كلثوم/ كويرة فاطيمة/ لبصير خديجة/ زيد الخيرنادية(مشرفا)/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