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المنازل لعصام شرف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بوشارب مريم/ قدرز سمية/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التناص في ديوان المنازل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