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الاقتصادي في معجم اللغة العربية المعاصرة لأحمد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يسرى/ فراحتة غادة/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المصطلح الاقتصادي في معجم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