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المادة المعجمية في معجم المنجد في اللغة والأعلام "لويس معلوف"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بغدادي لبنى/ برغوم أماني/ شامبي دلال/ هالة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مستويات المادة المعجمية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