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التكرار في ديوان" عفوا ... سأحمل قدري وأسير" لعبد القادر عميش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محمدي آية/ لشهب شيماء/ قيدوم ملاك/ بومالي حنان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دلالة التكرار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