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النقد الروائي في كتاب" أدوات النص" لمحمد تحريشي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داس سلوى/ خلاف لطيفة/ لبصير إلهام/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آليات النقد الروائي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