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دعاء الشخصيات التاريخية في رواية " برج شهرزاد " لزكية علال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ملي سف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خصيات التاريخية في رواية شهرزا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