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إدارة العلاقة مع الزبون الكترونيا على تعزيز تنافسية مؤسسات الاتصال: دراسة حالة عينة من آراء زبائن الاتصال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شباط حنان/ سداري وداد/ لطرش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M2/330/33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