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الية على تحقيق رضا العملاء: دراسة عينة من عملاء مؤسسة بريد الجزائ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موش مسعودة/ غضبان أسماء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8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