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الالكترونية كآلية لتحسين أداء الجامعات الجزائرية: دراسة حالة المركز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رميساء درغال/ لمياء دفوس/ ميمون معاذ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M2/330/40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