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الدليل المادي والتكنولوجيا في تحقيق التميز المؤسسي في نظر الزبون:  دراسة حالة مطعم King food مدينة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لميس بوشاش/ شيماء بلخطابية/ ميمون معاذ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M2/330/42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