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البطلة في مسرحية " دعاء الحمام" لزهور ونيسي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بوثلجة زينب/ يونس شيماء/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الشخصية البطلة في مسرحية '' دعاء الحمام''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