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المحاسبية في تحسين الأداء المالي للمؤسسات الاقتصادية: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رقية/ سويسي هدى/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