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المؤثرين عبر مواقع التواصل الاجتماعي على قرارات الشراء لدى الطلبة: دراسة إستطلاعية لأراء عينة من طلبة المركز الجامعي لميلة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زرمط إسكندر/ تبوب موسى/ خلوفي سفيان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M2/330/101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