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استكشاف تحديات تمويل المؤسسات المصغرة  في الجزائر من وجهة نظر المؤسسات الداعمة : دراسة حالة الوكالة الوطنية لدعم وتنمية المقاولاتية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شردودة مروة/ قارة ريان/ دباش صالح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100 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مالية المؤسسة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M2/330/121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