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ودوره في رفع جودة القوائم والتقارير المالية: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قوتال ماريا/ خليل أميمة/ دباش صالح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