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التكنولوجيا المالية في تطوير الخدمات المالية الإسلامية: دراسة تجارب رائدة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بوالديس هناء/ صدراتي انفال/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