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تطبيقات الاقتصاد الرقمي في تحسين الخدمات المصرفية: دراسة تجارب 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نهاد/ بوسنة شيماء/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