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اعادة التامين : المفاهيم والانواع القانونية والتقنية مع الاشارة الى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كراش حسام/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9789931089186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