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العلوم القانونية ( محاضرات , نماذج تطبيقية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بوالزيت 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9789931089254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