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النظام العام في تقيد سلطان الادارة في التجارة الالكترونية :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عبدالكريم جاسم حسين/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القومي للاصدارات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9789776873094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