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في بيئة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عبدالمطلب عبدالحميد/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9789774770746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 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