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الادارة الاستراتيجية : مفاهيم ونماذج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محمد أحمد محمد مختار/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9789776274709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 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