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التامين المصرفي الاسلامي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بارة/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