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مين التكافلي اسس الادارة المالية وفق الضوابط الشر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اطف مط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77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 (33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