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مدخل الى العلوم السياسية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احمد ظاهر/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الشركة العربية المتحدة/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9789774771033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سياسية (320)/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