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جغرافيا الوطن العربي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عبد القادر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9789774770548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تاريخ الوطن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