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ضبط أنظمة المعلومات وأمنها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الذياب العجيلي/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9789774770463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النظم ( 003 )/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