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الجغرافيا السياسية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يحي عيسى الفرحان/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العربية المتحدة/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9789774770517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سياسة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