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مراكز الأبحاث في صنع السياسة العامة في الولايات المتحدة الامريك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ريوات انت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83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