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تحليل السياسة الخارجية مداخل مقارباتية مفاهيمية ونظرية لفهم السياسة الخارجية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عمار بالة/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9789931087946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سياسية (320)/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