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الأمن الاقليمي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