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الميسر في منهجية العلوم السياسية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جميلة 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9789931087793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