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التعددية السياسية : الايديولوجية الدينية . براغماتية سياسية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ديمة فائق طه أبو لطيفه/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الدار المنهجية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301ص.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9789923201091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سياسة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علوم سياسية (320)/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