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النظام : 02-20المحدد لعمليات الصرفة الاسلامية في الجزائر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المؤلفين/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9789931086857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