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الفكر السياسي الغربي " دراسة تحليلية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علي رجب/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التعليم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9789777330251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