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الاستخبارات المصرية ودورها في المشروعالخارجي لمحمد علي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يونس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9789776840454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